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4752" w14:textId="77777777" w:rsidR="00EB4C96" w:rsidRDefault="00000000">
      <w:pPr>
        <w:pStyle w:val="Title"/>
      </w:pPr>
      <w:r>
        <w:t>Change from the Inside Out</w:t>
      </w:r>
    </w:p>
    <w:p w14:paraId="625DC5F1" w14:textId="77777777" w:rsidR="00EB4C96" w:rsidRDefault="00000000">
      <w:pPr>
        <w:pStyle w:val="Heading1"/>
      </w:pPr>
      <w:r>
        <w:t>Introduction</w:t>
      </w:r>
    </w:p>
    <w:p w14:paraId="328642A8" w14:textId="509606D1" w:rsidR="00EB4C96" w:rsidRDefault="002A5393">
      <w:r>
        <w:t>Tonight we’re talking about changing from the inside out. And I want to start by talking about body, soul, and spirit. I introduced that concept last week, but tonight we are taking a deep dive, especially into the soul.</w:t>
      </w:r>
    </w:p>
    <w:p w14:paraId="63B806F0" w14:textId="36C2284D" w:rsidR="00EB4C96" w:rsidRDefault="00000000">
      <w:pPr>
        <w:pStyle w:val="Heading1"/>
      </w:pPr>
      <w:r>
        <w:t>Body, Soul, and Spirit</w:t>
      </w:r>
      <w:r w:rsidR="002A5393">
        <w:t xml:space="preserve"> Review</w:t>
      </w:r>
    </w:p>
    <w:p w14:paraId="6B2F70BF" w14:textId="77777777" w:rsidR="002A5393" w:rsidRDefault="002A5393">
      <w:r>
        <w:t>The Bible tells us that we are body, soul, and spirit. In other words, we are singular people, but we have three different parts.</w:t>
      </w:r>
    </w:p>
    <w:p w14:paraId="3307F6BF" w14:textId="12D9A989" w:rsidR="002A5393" w:rsidRDefault="00000000">
      <w:r>
        <w:t>This is laid out for us in 1 Thessalonians 5:23</w:t>
      </w:r>
      <w:r w:rsidR="002A5393">
        <w:t xml:space="preserve"> which says</w:t>
      </w:r>
      <w:r>
        <w:t xml:space="preserve">, "May your whole spirit, soul, and body be kept blameless at the coming of our Lord Jesus Christ." In the book, </w:t>
      </w:r>
      <w:r w:rsidRPr="002A5393">
        <w:rPr>
          <w:i/>
          <w:iCs/>
        </w:rPr>
        <w:t>Release</w:t>
      </w:r>
      <w:r w:rsidR="002A5393" w:rsidRPr="002A5393">
        <w:rPr>
          <w:i/>
          <w:iCs/>
        </w:rPr>
        <w:t xml:space="preserve"> of</w:t>
      </w:r>
      <w:r w:rsidRPr="002A5393">
        <w:rPr>
          <w:i/>
          <w:iCs/>
        </w:rPr>
        <w:t xml:space="preserve"> the Spirit</w:t>
      </w:r>
      <w:r>
        <w:t>, Watchmen uses this simple image that we have on our screen. It's also in your handout to illustrate these three different parts</w:t>
      </w:r>
      <w:r w:rsidR="000D381D">
        <w:t>. He</w:t>
      </w:r>
      <w:r>
        <w:t xml:space="preserve"> talks about how we have an outer man which is our body. We have an outermost man which is our soul. And then we have an inner man which he calls the spirit.</w:t>
      </w:r>
    </w:p>
    <w:p w14:paraId="7B365B50" w14:textId="35086AF9" w:rsidR="000D381D" w:rsidRDefault="000D381D" w:rsidP="000D381D">
      <w:pPr>
        <w:pStyle w:val="Heading2"/>
      </w:pPr>
      <w:r>
        <w:t>Body</w:t>
      </w:r>
    </w:p>
    <w:p w14:paraId="304F50CF" w14:textId="4349A471" w:rsidR="002A5393" w:rsidRDefault="00000000">
      <w:r>
        <w:t xml:space="preserve">I want to start by talking about the body. And this one is </w:t>
      </w:r>
      <w:r w:rsidR="002A5393">
        <w:t>familiar</w:t>
      </w:r>
      <w:r>
        <w:t xml:space="preserve"> to us</w:t>
      </w:r>
      <w:r w:rsidR="002A5393">
        <w:t>. It’s our</w:t>
      </w:r>
      <w:r>
        <w:t xml:space="preserve"> earth suit. It's what we walk </w:t>
      </w:r>
      <w:proofErr w:type="gramStart"/>
      <w:r>
        <w:t>around in</w:t>
      </w:r>
      <w:proofErr w:type="gramEnd"/>
      <w:r>
        <w:t xml:space="preserve"> while we're on earth</w:t>
      </w:r>
      <w:r w:rsidR="002A5393">
        <w:t>,</w:t>
      </w:r>
      <w:r>
        <w:t xml:space="preserve"> and our soul and our spirit are inside of it. </w:t>
      </w:r>
      <w:proofErr w:type="gramStart"/>
      <w:r>
        <w:t>So</w:t>
      </w:r>
      <w:proofErr w:type="gramEnd"/>
      <w:r>
        <w:t xml:space="preserve"> it's visible to the world around us. It's how we interact with the natural world</w:t>
      </w:r>
      <w:r w:rsidR="002A5393">
        <w:t xml:space="preserve"> t</w:t>
      </w:r>
      <w:r>
        <w:t>hrough our five senses.</w:t>
      </w:r>
    </w:p>
    <w:p w14:paraId="5B4E751A" w14:textId="77777777" w:rsidR="000D381D" w:rsidRDefault="002A5393">
      <w:r>
        <w:t xml:space="preserve">It's also mortal. In the Garden of Eden, God took dirt and he formed man. And when we die, we return to dust. We hear that phrase, ashes to ashes, dust to dust. So, our body is mortal. </w:t>
      </w:r>
    </w:p>
    <w:p w14:paraId="1D9188FF" w14:textId="7A7C2969" w:rsidR="002A5393" w:rsidRDefault="000D381D">
      <w:r>
        <w:t>Scripture also</w:t>
      </w:r>
      <w:r w:rsidR="002A5393">
        <w:t xml:space="preserve"> refers to our body as </w:t>
      </w:r>
      <w:r>
        <w:t xml:space="preserve">a </w:t>
      </w:r>
      <w:r w:rsidR="002A5393">
        <w:t xml:space="preserve">sort of house. Jesus specifically talks about the house being swept clean. And he's talking about spiritual warfare and demons in this text. What he's saying is we have a lot of compartments. When we sweep the house clean, we need to make sure we get filled with the spirit to make sure that they don't come back. </w:t>
      </w:r>
    </w:p>
    <w:p w14:paraId="2F4ACDEE" w14:textId="2D95A780" w:rsidR="002A5393" w:rsidRDefault="00000000">
      <w:r>
        <w:t xml:space="preserve">Paul talks about us being a tent or a temple. And </w:t>
      </w:r>
      <w:proofErr w:type="gramStart"/>
      <w:r>
        <w:t>the word</w:t>
      </w:r>
      <w:proofErr w:type="gramEnd"/>
      <w:r>
        <w:t xml:space="preserve"> picture is that this is like an earth suit</w:t>
      </w:r>
      <w:r w:rsidR="000D381D">
        <w:t>. W</w:t>
      </w:r>
      <w:r>
        <w:t xml:space="preserve">e're housing something. </w:t>
      </w:r>
      <w:proofErr w:type="gramStart"/>
      <w:r>
        <w:t>So</w:t>
      </w:r>
      <w:proofErr w:type="gramEnd"/>
      <w:r>
        <w:t xml:space="preserve"> what are we housing? We're housing the soul </w:t>
      </w:r>
      <w:r w:rsidR="000D381D">
        <w:t xml:space="preserve">and </w:t>
      </w:r>
      <w:r>
        <w:t>the spirit.</w:t>
      </w:r>
    </w:p>
    <w:p w14:paraId="141FE028" w14:textId="5C8E2A00" w:rsidR="000D381D" w:rsidRDefault="0011451E" w:rsidP="000D381D">
      <w:pPr>
        <w:pStyle w:val="Heading2"/>
      </w:pPr>
      <w:r>
        <w:t>Soul vs. Spirit</w:t>
      </w:r>
    </w:p>
    <w:p w14:paraId="23DBF0D0" w14:textId="6147A207" w:rsidR="000D381D" w:rsidRDefault="00000000">
      <w:r>
        <w:t xml:space="preserve">Many </w:t>
      </w:r>
      <w:proofErr w:type="gramStart"/>
      <w:r>
        <w:t>times</w:t>
      </w:r>
      <w:proofErr w:type="gramEnd"/>
      <w:r>
        <w:t xml:space="preserve"> in scripture, the Bible refers to the heart</w:t>
      </w:r>
      <w:r w:rsidR="002A5393">
        <w:t>,</w:t>
      </w:r>
      <w:r>
        <w:t xml:space="preserve"> and it's not talking about the organ. It </w:t>
      </w:r>
      <w:proofErr w:type="gramStart"/>
      <w:r>
        <w:t>references</w:t>
      </w:r>
      <w:proofErr w:type="gramEnd"/>
      <w:r>
        <w:t xml:space="preserve"> these two things together in many instances, the soul and the spirit. </w:t>
      </w:r>
      <w:proofErr w:type="gramStart"/>
      <w:r>
        <w:t>So</w:t>
      </w:r>
      <w:proofErr w:type="gramEnd"/>
      <w:r>
        <w:t xml:space="preserve"> we see scriptures like</w:t>
      </w:r>
      <w:r w:rsidR="002A5393">
        <w:t>,</w:t>
      </w:r>
      <w:r>
        <w:t xml:space="preserve"> </w:t>
      </w:r>
      <w:r w:rsidR="002A5393">
        <w:t>“</w:t>
      </w:r>
      <w:r>
        <w:t>over the out of the overflow of the heart, the mouth speaks.</w:t>
      </w:r>
      <w:r w:rsidR="002A5393">
        <w:t>”</w:t>
      </w:r>
      <w:r>
        <w:t xml:space="preserve"> </w:t>
      </w:r>
      <w:r w:rsidR="002A5393">
        <w:t>That’s what’s</w:t>
      </w:r>
      <w:r>
        <w:t xml:space="preserve"> going on inside of our </w:t>
      </w:r>
      <w:r w:rsidRPr="000D381D">
        <w:rPr>
          <w:b/>
          <w:bCs/>
        </w:rPr>
        <w:t>soul</w:t>
      </w:r>
      <w:r w:rsidR="002A5393">
        <w:t xml:space="preserve">. </w:t>
      </w:r>
    </w:p>
    <w:p w14:paraId="7FA9BA27" w14:textId="6BC09F02" w:rsidR="000D381D" w:rsidRDefault="00000000">
      <w:r>
        <w:lastRenderedPageBreak/>
        <w:t xml:space="preserve">We see another scripture in Proverbs that says, "Above all else, guard your heart." </w:t>
      </w:r>
      <w:r w:rsidR="000D381D">
        <w:t>It’s saying to g</w:t>
      </w:r>
      <w:r>
        <w:t>uard what's going on in your inner world because everything you do flows from i</w:t>
      </w:r>
      <w:r w:rsidR="000D381D">
        <w:t>t</w:t>
      </w:r>
      <w:r>
        <w:t xml:space="preserve">. </w:t>
      </w:r>
    </w:p>
    <w:p w14:paraId="36999040" w14:textId="77777777" w:rsidR="000D381D" w:rsidRDefault="00000000">
      <w:r>
        <w:t>So</w:t>
      </w:r>
      <w:proofErr w:type="gramStart"/>
      <w:r w:rsidR="000D381D">
        <w:t>,</w:t>
      </w:r>
      <w:r>
        <w:t xml:space="preserve"> if we</w:t>
      </w:r>
      <w:proofErr w:type="gramEnd"/>
      <w:r>
        <w:t xml:space="preserve"> when we're talking just about the heart, so the soul and spirit </w:t>
      </w:r>
      <w:proofErr w:type="gramStart"/>
      <w:r>
        <w:t>combined together</w:t>
      </w:r>
      <w:proofErr w:type="gramEnd"/>
      <w:r>
        <w:t xml:space="preserve">, here's a couple of trademarks. It's invisible. We can't see our </w:t>
      </w:r>
      <w:proofErr w:type="gramStart"/>
      <w:r>
        <w:t>soul</w:t>
      </w:r>
      <w:proofErr w:type="gramEnd"/>
      <w:r>
        <w:t xml:space="preserve"> and we can't see our spirit. The other trademark is </w:t>
      </w:r>
      <w:proofErr w:type="gramStart"/>
      <w:r>
        <w:t>it's</w:t>
      </w:r>
      <w:proofErr w:type="gramEnd"/>
      <w:r>
        <w:t xml:space="preserve"> immortal. </w:t>
      </w:r>
      <w:proofErr w:type="gramStart"/>
      <w:r>
        <w:t>So</w:t>
      </w:r>
      <w:proofErr w:type="gramEnd"/>
      <w:r>
        <w:t xml:space="preserve"> this is a part of us that's going to live forever.</w:t>
      </w:r>
    </w:p>
    <w:p w14:paraId="660D4F35" w14:textId="77777777" w:rsidR="000D381D" w:rsidRDefault="00000000">
      <w:r>
        <w:br/>
        <w:t xml:space="preserve"> I mentioned our earth suit like that outer shell. </w:t>
      </w:r>
      <w:proofErr w:type="gramStart"/>
      <w:r>
        <w:t>So</w:t>
      </w:r>
      <w:proofErr w:type="gramEnd"/>
      <w:r>
        <w:t xml:space="preserve"> </w:t>
      </w:r>
      <w:r w:rsidR="000D381D">
        <w:t xml:space="preserve">at death, or body is like a </w:t>
      </w:r>
      <w:proofErr w:type="gramStart"/>
      <w:r w:rsidR="000D381D">
        <w:t>glove</w:t>
      </w:r>
      <w:proofErr w:type="gramEnd"/>
      <w:r w:rsidR="000D381D">
        <w:t xml:space="preserve"> and our soul and our spirit come out of the glove to go live with God forever or be separate from God forever. </w:t>
      </w:r>
      <w:r>
        <w:t xml:space="preserve">Our body stays here. Our body </w:t>
      </w:r>
      <w:r w:rsidR="000D381D">
        <w:t xml:space="preserve">goes from </w:t>
      </w:r>
      <w:r>
        <w:t>dust to dust</w:t>
      </w:r>
      <w:r w:rsidR="000D381D">
        <w:t>, b</w:t>
      </w:r>
      <w:r>
        <w:t xml:space="preserve">ut our soul and our spirit live forever. </w:t>
      </w:r>
    </w:p>
    <w:p w14:paraId="05FF0690" w14:textId="77777777" w:rsidR="000D381D" w:rsidRDefault="00000000">
      <w:r>
        <w:t xml:space="preserve">Hebrews 4:12 talks about how we divide between soul and spirit. </w:t>
      </w:r>
      <w:r w:rsidR="000D381D">
        <w:t>It says, “</w:t>
      </w:r>
      <w:r>
        <w:t>For the word of God is alive and powerful. It is sharper than the sharpest two-edged sword cutting between soul and spirit, between joint and marrow. It exposes our inmost thoughts and desires.</w:t>
      </w:r>
      <w:r w:rsidR="000D381D">
        <w:t>”</w:t>
      </w:r>
      <w:r>
        <w:t xml:space="preserve"> </w:t>
      </w:r>
    </w:p>
    <w:p w14:paraId="01EC146F" w14:textId="77777777" w:rsidR="000D381D" w:rsidRDefault="00000000">
      <w:r>
        <w:t>The word is telling us that the only way that we can distinguish between soul and spirit is the word. It's the only thing that can penetrate the two.</w:t>
      </w:r>
    </w:p>
    <w:p w14:paraId="0B00E316" w14:textId="77777777" w:rsidR="000D381D" w:rsidRDefault="00000000">
      <w:r>
        <w:br/>
        <w:t xml:space="preserve"> So, we're going to look at the word to understand the soul and to understand more about the spirit. </w:t>
      </w:r>
    </w:p>
    <w:p w14:paraId="79A9D8E6" w14:textId="512AF997" w:rsidR="000D381D" w:rsidRDefault="000D381D" w:rsidP="0011451E">
      <w:pPr>
        <w:pStyle w:val="Heading3"/>
      </w:pPr>
      <w:r>
        <w:t>Soul</w:t>
      </w:r>
    </w:p>
    <w:p w14:paraId="22040CF7" w14:textId="52F20F60" w:rsidR="0011451E" w:rsidRDefault="0011451E">
      <w:r>
        <w:t xml:space="preserve">We'll start with the soul. Watchman Nee calls this our outer man. In our soul, we gather up these two different parts of God's creation. Body, soul, spirit; body, natural world, spirit. This is </w:t>
      </w:r>
      <w:r w:rsidR="007B2724">
        <w:t xml:space="preserve">from </w:t>
      </w:r>
      <w:r>
        <w:t xml:space="preserve">where we communicate with God. </w:t>
      </w:r>
    </w:p>
    <w:p w14:paraId="613E748B" w14:textId="46909EFD" w:rsidR="0011451E" w:rsidRDefault="0011451E">
      <w:r>
        <w:t>Our soul is like a middle ground. Our soul is in the body, and the spirit is in the soul.</w:t>
      </w:r>
    </w:p>
    <w:p w14:paraId="2C6C4A35" w14:textId="5167ACB8" w:rsidR="0011451E" w:rsidRDefault="0011451E">
      <w:proofErr w:type="gramStart"/>
      <w:r>
        <w:t>So</w:t>
      </w:r>
      <w:proofErr w:type="gramEnd"/>
      <w:r>
        <w:t xml:space="preserve"> we gather up these two sides of God's creation. The natural world and the spiritual world where we communicate with God. And in the Garden of Eden, when God's creating man, he says that he becomes a living soul. We gain a personality. We become </w:t>
      </w:r>
      <w:proofErr w:type="gramStart"/>
      <w:r>
        <w:t>a living soul</w:t>
      </w:r>
      <w:proofErr w:type="gramEnd"/>
      <w:r>
        <w:t>.</w:t>
      </w:r>
    </w:p>
    <w:p w14:paraId="25EF1236" w14:textId="408E1B44" w:rsidR="00EB4C96" w:rsidRDefault="00000000">
      <w:r>
        <w:t xml:space="preserve">So, at our very core, we are a spirit with a soul who lives inside a body. </w:t>
      </w:r>
    </w:p>
    <w:p w14:paraId="5F9A601B" w14:textId="77777777" w:rsidR="00EB4C96" w:rsidRDefault="00000000" w:rsidP="007B2724">
      <w:pPr>
        <w:pStyle w:val="Heading4"/>
      </w:pPr>
      <w:r>
        <w:t>Functions of the Soul</w:t>
      </w:r>
    </w:p>
    <w:p w14:paraId="4065D861" w14:textId="77777777" w:rsidR="00EB4C96" w:rsidRDefault="00000000">
      <w:r>
        <w:t>Let's talk about the three main functions of the soul.</w:t>
      </w:r>
    </w:p>
    <w:p w14:paraId="1E2AE2A6" w14:textId="77777777" w:rsidR="00EB4C96" w:rsidRDefault="00000000">
      <w:pPr>
        <w:pStyle w:val="ListBullet"/>
      </w:pPr>
      <w:r>
        <w:rPr>
          <w:b/>
        </w:rPr>
        <w:t xml:space="preserve">Mind: </w:t>
      </w:r>
      <w:r>
        <w:t>Our instrument for thinking; we can acquire knowledge, reason, and have intellect.</w:t>
      </w:r>
    </w:p>
    <w:p w14:paraId="6E45B2E0" w14:textId="77777777" w:rsidR="00EB4C96" w:rsidRDefault="00000000">
      <w:pPr>
        <w:pStyle w:val="ListBullet"/>
      </w:pPr>
      <w:r>
        <w:rPr>
          <w:b/>
        </w:rPr>
        <w:t xml:space="preserve">Emotions: </w:t>
      </w:r>
      <w:r>
        <w:t>Our instrument for feeling; God created us with the ability to feel and express a full range of emotions; emotions signal underlying issues.</w:t>
      </w:r>
    </w:p>
    <w:p w14:paraId="02EC1A8A" w14:textId="77777777" w:rsidR="00EB4C96" w:rsidRDefault="00000000">
      <w:pPr>
        <w:pStyle w:val="ListBullet"/>
      </w:pPr>
      <w:r>
        <w:rPr>
          <w:b/>
        </w:rPr>
        <w:t xml:space="preserve">Will: </w:t>
      </w:r>
      <w:r>
        <w:t>Our instrument for making decisions; like the steering wheel on a car, giving us free choice to respond to God or follow our own programming.</w:t>
      </w:r>
    </w:p>
    <w:p w14:paraId="0F0B013E" w14:textId="77777777" w:rsidR="007B2724" w:rsidRDefault="007B2724">
      <w:r>
        <w:lastRenderedPageBreak/>
        <w:t xml:space="preserve">Our emotions are like a dashboard in a car. When we're driving a car, we've got these lights that come on. Check engine light. What's it telling us? You </w:t>
      </w:r>
      <w:proofErr w:type="gramStart"/>
      <w:r>
        <w:t>better</w:t>
      </w:r>
      <w:proofErr w:type="gramEnd"/>
      <w:r>
        <w:t xml:space="preserve"> pull over. There's something going on underneath the hood, and if you don't pull over, going to have a breakdown or wash your fluid. Your fuel is low. Our emotions are that way. </w:t>
      </w:r>
    </w:p>
    <w:p w14:paraId="65B4A8CE" w14:textId="77777777" w:rsidR="007B2724" w:rsidRDefault="00000000">
      <w:r>
        <w:t>Anger is signaling something, right? There's a problem that needs to be solved. Anxiety is signaling something. Something's out of your control. Sadness, you need to grieve something. God has put those in us to signal something. And that takes place inside of the soul.</w:t>
      </w:r>
    </w:p>
    <w:p w14:paraId="4F98F9D3" w14:textId="77777777" w:rsidR="007B2724" w:rsidRDefault="00000000">
      <w:r>
        <w:t xml:space="preserve">Now remember, our soul is the middle ground between body </w:t>
      </w:r>
      <w:proofErr w:type="gramStart"/>
      <w:r>
        <w:t>and between</w:t>
      </w:r>
      <w:proofErr w:type="gramEnd"/>
      <w:r>
        <w:t xml:space="preserve"> spirit. </w:t>
      </w:r>
      <w:proofErr w:type="gramStart"/>
      <w:r>
        <w:t>So</w:t>
      </w:r>
      <w:proofErr w:type="gramEnd"/>
      <w:r>
        <w:t xml:space="preserve"> think about this. Our spirit gives us the ability to communicate and have a relationship with God</w:t>
      </w:r>
      <w:r w:rsidR="007B2724">
        <w:t>, b</w:t>
      </w:r>
      <w:r>
        <w:t xml:space="preserve">ut our hands are on the steering wheel. </w:t>
      </w:r>
      <w:proofErr w:type="gramStart"/>
      <w:r>
        <w:t>So</w:t>
      </w:r>
      <w:proofErr w:type="gramEnd"/>
      <w:r>
        <w:t xml:space="preserve"> we also </w:t>
      </w:r>
      <w:proofErr w:type="gramStart"/>
      <w:r>
        <w:t>have the ability to</w:t>
      </w:r>
      <w:proofErr w:type="gramEnd"/>
      <w:r>
        <w:t xml:space="preserve"> turn from God to the lust of the flesh, to live out of emotions, to live out of thought life. We can turn to all these different things. </w:t>
      </w:r>
    </w:p>
    <w:p w14:paraId="296CCB18" w14:textId="53F2C938" w:rsidR="007B2724" w:rsidRDefault="007B2724" w:rsidP="007B2724">
      <w:pPr>
        <w:pStyle w:val="Heading3"/>
      </w:pPr>
      <w:r>
        <w:t>Spirit</w:t>
      </w:r>
    </w:p>
    <w:p w14:paraId="0A5C2F18" w14:textId="398B208E" w:rsidR="007B2724" w:rsidRDefault="007B2724">
      <w:r>
        <w:t xml:space="preserve">Before we come to Christ our spirit is like a black hole, because Christ hasn't come to live inside of us. When we have a black hole inside of us, we try to fill it with all sorts of things with money, with likes on Facebook, right? Affirmation. Relationships. </w:t>
      </w:r>
    </w:p>
    <w:p w14:paraId="374DDFBD" w14:textId="3A5198A4" w:rsidR="007B2724" w:rsidRDefault="00000000">
      <w:r>
        <w:t xml:space="preserve">But when Christ comes to live inside of us, his desire is that he starts working his way out. Our problem is </w:t>
      </w:r>
      <w:r w:rsidR="007B2724">
        <w:t>that we often use our free will to go</w:t>
      </w:r>
      <w:r>
        <w:t xml:space="preserve"> back to our old programming. Jesus has taken his place on the throne of our heart, he wants us to agree with his voice</w:t>
      </w:r>
      <w:r w:rsidR="00151FAB">
        <w:t xml:space="preserve"> and </w:t>
      </w:r>
      <w:r>
        <w:t>be led by the spirit, but our old programming still wants to live out of the soul, out of what we think, and out of what we feel.</w:t>
      </w:r>
    </w:p>
    <w:p w14:paraId="6190B25D" w14:textId="425A4511" w:rsidR="00151FAB" w:rsidRDefault="00151FAB">
      <w:r>
        <w:t>When it comes to freedom, my will allows me to agree with God's voice, but it also allows me to agree with the voice of fear, the lust of the flesh. It allows me to agree with the voice of confusion. All of that is taking place inside of my soul.</w:t>
      </w:r>
    </w:p>
    <w:p w14:paraId="2D75E7DD" w14:textId="04C46582" w:rsidR="00151FAB" w:rsidRDefault="00151FAB">
      <w:r>
        <w:t xml:space="preserve">The spirit is our </w:t>
      </w:r>
      <w:r w:rsidRPr="00151FAB">
        <w:rPr>
          <w:b/>
          <w:bCs/>
        </w:rPr>
        <w:t>inner man</w:t>
      </w:r>
      <w:r>
        <w:t xml:space="preserve">. It's a place where we're born again. We're united with Christ, spirit to spirit. It's the part of us that knows. This verse in Job 32:8 tells us, "But it is the spirit in a person, the breath of the almighty that gives them understanding." We just know. God told me, "I know. In my spirit, I know." It's where our spiritual life exists. We can communicate with </w:t>
      </w:r>
      <w:proofErr w:type="gramStart"/>
      <w:r>
        <w:t>God</w:t>
      </w:r>
      <w:proofErr w:type="gramEnd"/>
      <w:r>
        <w:t xml:space="preserve"> and he can reveal spiritual realities to us.</w:t>
      </w:r>
    </w:p>
    <w:p w14:paraId="0D58A7EE" w14:textId="2F00A5B3" w:rsidR="00151FAB" w:rsidRDefault="00151FAB" w:rsidP="00B74C39">
      <w:pPr>
        <w:pStyle w:val="Heading4"/>
      </w:pPr>
      <w:r>
        <w:t>[Personal Story]</w:t>
      </w:r>
    </w:p>
    <w:p w14:paraId="4AA19580" w14:textId="77777777" w:rsidR="00EB4C96" w:rsidRDefault="00000000">
      <w:pPr>
        <w:pStyle w:val="Heading1"/>
      </w:pPr>
      <w:r>
        <w:t>God's Strategy vs. Satan's Strategy</w:t>
      </w:r>
    </w:p>
    <w:p w14:paraId="3E17B20F" w14:textId="77777777" w:rsidR="00151FAB" w:rsidRDefault="00000000">
      <w:r>
        <w:t xml:space="preserve">Let's talk about how God wants to use these three parts of us. What his desire is, and then I'm going to talk about what Satan's desire is. </w:t>
      </w:r>
    </w:p>
    <w:p w14:paraId="4CD8EC5C" w14:textId="77777777" w:rsidR="00151FAB" w:rsidRDefault="00151FAB">
      <w:pPr>
        <w:rPr>
          <w:b/>
          <w:bCs/>
        </w:rPr>
      </w:pPr>
    </w:p>
    <w:p w14:paraId="7BF2F76F" w14:textId="0F6BD836" w:rsidR="00151FAB" w:rsidRDefault="00151FAB" w:rsidP="00151FAB">
      <w:pPr>
        <w:pStyle w:val="Heading2"/>
      </w:pPr>
      <w:r>
        <w:lastRenderedPageBreak/>
        <w:t>God’s Strategy</w:t>
      </w:r>
    </w:p>
    <w:p w14:paraId="3788BF80" w14:textId="38F07631" w:rsidR="00151FAB" w:rsidRDefault="00000000">
      <w:r w:rsidRPr="00151FAB">
        <w:rPr>
          <w:b/>
          <w:bCs/>
        </w:rPr>
        <w:t>God works from the inside out.</w:t>
      </w:r>
      <w:r>
        <w:t xml:space="preserve"> </w:t>
      </w:r>
    </w:p>
    <w:p w14:paraId="1180C5D3" w14:textId="77777777" w:rsidR="00151FAB" w:rsidRDefault="00000000">
      <w:r>
        <w:t xml:space="preserve">His first desire is he wants you to be born again so that he can </w:t>
      </w:r>
      <w:r w:rsidR="00151FAB">
        <w:t>communicate</w:t>
      </w:r>
      <w:r>
        <w:t xml:space="preserve"> with you spirit to spirit. And then he starts working out through the realm of the soul. He wants you to be led by spirit in your emotional life</w:t>
      </w:r>
      <w:r w:rsidR="00151FAB">
        <w:t xml:space="preserve"> and</w:t>
      </w:r>
      <w:r>
        <w:t xml:space="preserve"> in your thought life. How? By you using the power of your will to agree with his voice. And</w:t>
      </w:r>
      <w:r w:rsidR="00151FAB">
        <w:t xml:space="preserve"> from there,</w:t>
      </w:r>
      <w:r>
        <w:t xml:space="preserve"> he starts breaking out</w:t>
      </w:r>
      <w:r w:rsidR="00151FAB">
        <w:t xml:space="preserve">. </w:t>
      </w:r>
      <w:r>
        <w:t>His goal is for the spirit to govern your soul and spirit by your choice, free will, and to use your mouth, your hands, your feet to express his life and purpose to the world around you.</w:t>
      </w:r>
    </w:p>
    <w:p w14:paraId="7F59799A" w14:textId="77777777" w:rsidR="00151FAB" w:rsidRDefault="00000000">
      <w:r>
        <w:t xml:space="preserve">Have you ever been around someone, you're like, "This person is like Jesus." It's incredible. It's like the spirit of God is just speaking through them, through their hands, through their feet, the way they serve. </w:t>
      </w:r>
    </w:p>
    <w:p w14:paraId="73CFC58D" w14:textId="61F6D52D" w:rsidR="00151FAB" w:rsidRDefault="00151FAB">
      <w:r>
        <w:t xml:space="preserve">It’s because the spirit is </w:t>
      </w:r>
      <w:proofErr w:type="gramStart"/>
      <w:r>
        <w:t>bring</w:t>
      </w:r>
      <w:proofErr w:type="gramEnd"/>
      <w:r>
        <w:t xml:space="preserve"> freely released through them. They don't have these strongholds in their soul where it's unchecked bitterness or unchecked pride or unchecked anger. Strongholds are belief systems that are built on lies. And when you interact with people who have strongholds, even as </w:t>
      </w:r>
      <w:proofErr w:type="gramStart"/>
      <w:r>
        <w:t>born again</w:t>
      </w:r>
      <w:proofErr w:type="gramEnd"/>
      <w:r>
        <w:t xml:space="preserve"> believers, there’s still bitterness or pride or jealousy coming out, and you’re not seeing the fruits of the spirit. It’s not because the spirit isn't in there. It's </w:t>
      </w:r>
      <w:r w:rsidR="001E2BB5">
        <w:t>because</w:t>
      </w:r>
      <w:r>
        <w:t xml:space="preserve"> the spirit is trapped. Their heart is hard</w:t>
      </w:r>
      <w:r w:rsidR="001E2BB5">
        <w:t>,</w:t>
      </w:r>
      <w:r>
        <w:t xml:space="preserve"> and he can't be released through them because their power of free will is not in agreement with God's voice.</w:t>
      </w:r>
    </w:p>
    <w:p w14:paraId="512D5D1C" w14:textId="2041175F" w:rsidR="00151FAB" w:rsidRDefault="00000000">
      <w:r>
        <w:t>People can go 30, 40, 50 years in Christ and not be displaying the fruits of the spirit. It's so sad. And then other people can be saved five</w:t>
      </w:r>
      <w:r w:rsidR="001E2BB5">
        <w:t xml:space="preserve"> or</w:t>
      </w:r>
      <w:r>
        <w:t xml:space="preserve"> six months</w:t>
      </w:r>
      <w:r w:rsidR="001E2BB5">
        <w:t>,</w:t>
      </w:r>
      <w:r>
        <w:t xml:space="preserve"> and the spirit of God is being released through them because of </w:t>
      </w:r>
      <w:r w:rsidR="001E2BB5">
        <w:t xml:space="preserve">their </w:t>
      </w:r>
      <w:r>
        <w:t xml:space="preserve">humility and surrender and </w:t>
      </w:r>
      <w:r w:rsidR="001E2BB5">
        <w:t xml:space="preserve">them </w:t>
      </w:r>
      <w:r>
        <w:t>allowing God to go into those deep parts of their life.</w:t>
      </w:r>
    </w:p>
    <w:p w14:paraId="64C49588" w14:textId="64A96FF3" w:rsidR="005D281D" w:rsidRPr="005D281D" w:rsidRDefault="00151FAB" w:rsidP="005D281D">
      <w:pPr>
        <w:pStyle w:val="Heading3"/>
      </w:pPr>
      <w:r>
        <w:t xml:space="preserve">Satan’s Strategy </w:t>
      </w:r>
    </w:p>
    <w:p w14:paraId="0B1830F7" w14:textId="1C6188AA" w:rsidR="005D281D" w:rsidRPr="005D281D" w:rsidRDefault="005D281D">
      <w:pPr>
        <w:rPr>
          <w:b/>
          <w:bCs/>
        </w:rPr>
      </w:pPr>
      <w:r w:rsidRPr="005D281D">
        <w:rPr>
          <w:b/>
          <w:bCs/>
        </w:rPr>
        <w:t>Satan works from the outside in.</w:t>
      </w:r>
    </w:p>
    <w:p w14:paraId="00C55BE0" w14:textId="77777777" w:rsidR="005D281D" w:rsidRDefault="00151FAB">
      <w:r>
        <w:t>Satan’s first goal is he doesn't want you to be born again. Satan works from the outside in. He wants you to give way to the lust of the flesh</w:t>
      </w:r>
      <w:r w:rsidR="001E2BB5">
        <w:t xml:space="preserve">. He wants to </w:t>
      </w:r>
      <w:r>
        <w:t>cause havoc in</w:t>
      </w:r>
      <w:r w:rsidR="00B920FA">
        <w:t>side you</w:t>
      </w:r>
      <w:r>
        <w:t xml:space="preserve"> and build so many strongholds in your soul that the spirit can't penetrate. </w:t>
      </w:r>
    </w:p>
    <w:p w14:paraId="33F13674" w14:textId="49E530C8" w:rsidR="00EB4C96" w:rsidRDefault="00151FAB">
      <w:r>
        <w:t xml:space="preserve">What happens when we become born again? </w:t>
      </w:r>
      <w:r w:rsidR="005D281D">
        <w:t>Satan</w:t>
      </w:r>
      <w:r>
        <w:t xml:space="preserve"> loses that space</w:t>
      </w:r>
      <w:r w:rsidR="005D281D">
        <w:t xml:space="preserve">—the God-sized hole inside of us. So, Satan moves to the realm of the soul, and he </w:t>
      </w:r>
      <w:r>
        <w:t>starts focusing on your thought life and your emotions. He's trying to get you to agree with the lust of the flesh or with his voice or your own selfish desires.</w:t>
      </w:r>
    </w:p>
    <w:p w14:paraId="47C2C9A5" w14:textId="77777777" w:rsidR="00EB4C96" w:rsidRDefault="00000000">
      <w:pPr>
        <w:pStyle w:val="Heading1"/>
      </w:pPr>
      <w:r>
        <w:t>External vs. Internal Change</w:t>
      </w:r>
    </w:p>
    <w:p w14:paraId="16BEA00D" w14:textId="77777777" w:rsidR="00EB4C96" w:rsidRDefault="00EB4C96"/>
    <w:p w14:paraId="2A0ED5C9" w14:textId="77777777" w:rsidR="00EB4C96" w:rsidRDefault="00000000">
      <w:pPr>
        <w:pStyle w:val="ListBullet"/>
      </w:pPr>
      <w:r>
        <w:rPr>
          <w:b/>
        </w:rPr>
        <w:t xml:space="preserve">Changing Our Environment: </w:t>
      </w:r>
      <w:r>
        <w:t>We attempt to relocate or change our external circumstances, thinking a new setting will fix us, but we carry our soul with us, so the same problems resurface.</w:t>
      </w:r>
    </w:p>
    <w:p w14:paraId="162C494D" w14:textId="77777777" w:rsidR="00EB4C96" w:rsidRDefault="00000000">
      <w:pPr>
        <w:pStyle w:val="ListBullet"/>
      </w:pPr>
      <w:r>
        <w:rPr>
          <w:b/>
        </w:rPr>
        <w:lastRenderedPageBreak/>
        <w:t xml:space="preserve">Changing Our Behavior: </w:t>
      </w:r>
      <w:r>
        <w:t>We try to force ourselves to behave better by sheer willpower, arm‑wrestling our habits; but without understanding why, we end up exhausted.</w:t>
      </w:r>
    </w:p>
    <w:p w14:paraId="3C04DB2D" w14:textId="77777777" w:rsidR="00EB4C96" w:rsidRDefault="00000000">
      <w:pPr>
        <w:pStyle w:val="ListBullet"/>
      </w:pPr>
      <w:r>
        <w:rPr>
          <w:b/>
        </w:rPr>
        <w:t xml:space="preserve">Changing Our Thoughts and Feelings: </w:t>
      </w:r>
      <w:r>
        <w:t>We attempt to change how we think and feel by sheer discipline or positive thinking, but this still relies on our own power and doesn't reach the root.</w:t>
      </w:r>
    </w:p>
    <w:p w14:paraId="32DE7EC3" w14:textId="07188220" w:rsidR="005D281D" w:rsidRDefault="005D281D" w:rsidP="005D281D">
      <w:pPr>
        <w:pStyle w:val="Heading1"/>
      </w:pPr>
      <w:r>
        <w:t>Changing from the Inside Out</w:t>
      </w:r>
    </w:p>
    <w:p w14:paraId="283D6A45" w14:textId="77777777" w:rsidR="005D281D" w:rsidRDefault="005D281D">
      <w:r>
        <w:t>L</w:t>
      </w:r>
      <w:r w:rsidR="00000000">
        <w:t xml:space="preserve">et's transition to how </w:t>
      </w:r>
      <w:r>
        <w:t xml:space="preserve">all </w:t>
      </w:r>
      <w:r w:rsidR="00000000">
        <w:t xml:space="preserve">this ties into changing from the inside out. </w:t>
      </w:r>
    </w:p>
    <w:p w14:paraId="6EEE8DB1" w14:textId="77777777" w:rsidR="005D281D" w:rsidRDefault="00000000">
      <w:r>
        <w:t>When we get born again, we want to be led by the spirit, but we have old programming. Have you ever had an old laptop that you downloaded so much stuff on it</w:t>
      </w:r>
      <w:r w:rsidR="005D281D">
        <w:t xml:space="preserve">, got all these viruses, </w:t>
      </w:r>
      <w:r>
        <w:t xml:space="preserve">and it just starts crashing? It won't work anymore. The programming's gone crazy. </w:t>
      </w:r>
      <w:r w:rsidR="005D281D">
        <w:t>So, y</w:t>
      </w:r>
      <w:r>
        <w:t>ou take it to the Apple store</w:t>
      </w:r>
      <w:r w:rsidR="005D281D">
        <w:t>, and w</w:t>
      </w:r>
      <w:r>
        <w:t>hat do they do? They press like seven buttons at the same time. Something you have no idea how to do. They do a hard reset</w:t>
      </w:r>
      <w:r w:rsidR="005D281D">
        <w:t>,</w:t>
      </w:r>
      <w:r>
        <w:t xml:space="preserve"> and it resets the computer back to the original design so that it can be reprogrammed.</w:t>
      </w:r>
    </w:p>
    <w:p w14:paraId="2AA73180" w14:textId="511AC8DC" w:rsidR="005D281D" w:rsidRDefault="00000000">
      <w:r>
        <w:t>That's us. We accept Christ as savior. But in our soul, we're doing our old programming. And we don't understand why we can't walk in freedom. But it's because we're operating in soul power. We're trying to do it by sheer force of will rather than from a place where we're being led by God's voice and God's spirit.</w:t>
      </w:r>
      <w:r w:rsidR="005D281D">
        <w:t xml:space="preserve"> We’re trying to change by just trying harder and trying harder.</w:t>
      </w:r>
    </w:p>
    <w:p w14:paraId="7F0FD3C4" w14:textId="1F5C9438" w:rsidR="005D281D" w:rsidRDefault="00B74C39" w:rsidP="005D281D">
      <w:pPr>
        <w:pStyle w:val="Heading4"/>
      </w:pPr>
      <w:r>
        <w:t>[</w:t>
      </w:r>
      <w:r w:rsidR="005D281D">
        <w:t>Personal Story</w:t>
      </w:r>
      <w:r>
        <w:t>]</w:t>
      </w:r>
    </w:p>
    <w:p w14:paraId="262B731F" w14:textId="77777777" w:rsidR="006B1AAF" w:rsidRDefault="00000000">
      <w:r>
        <w:br/>
        <w:t xml:space="preserve"> Zechariah 4:6 says, "Not by might, nor by power, but by my spirit." Not by might. Not by power. How do we change? By his spirit. </w:t>
      </w:r>
    </w:p>
    <w:p w14:paraId="21591CC6" w14:textId="2F1E33DE" w:rsidR="00EB4C96" w:rsidRDefault="006B1AAF">
      <w:r>
        <w:t>T</w:t>
      </w:r>
      <w:r w:rsidR="00000000">
        <w:t xml:space="preserve">he Holy Spirit comes to live inside of us. He takes up kingship inside of our heart and he says, "Try harder." No, no. He says, "Agree with my voice." This is how you live in freedom. </w:t>
      </w:r>
      <w:r>
        <w:t>It’s</w:t>
      </w:r>
      <w:r w:rsidR="00000000">
        <w:t xml:space="preserve"> not about changing our environment. It's not about behaving better. We </w:t>
      </w:r>
      <w:proofErr w:type="gramStart"/>
      <w:r w:rsidR="00000000">
        <w:t>have to</w:t>
      </w:r>
      <w:proofErr w:type="gramEnd"/>
      <w:r w:rsidR="00000000">
        <w:t xml:space="preserve"> go deeper.</w:t>
      </w:r>
    </w:p>
    <w:p w14:paraId="72B1A015" w14:textId="77777777" w:rsidR="00EB4C96" w:rsidRDefault="00000000">
      <w:pPr>
        <w:pStyle w:val="Heading1"/>
      </w:pPr>
      <w:r>
        <w:t>Beliefs and Identity</w:t>
      </w:r>
    </w:p>
    <w:p w14:paraId="11A0621B" w14:textId="77777777" w:rsidR="006B1AAF" w:rsidRDefault="006B1AAF">
      <w:r>
        <w:t>H</w:t>
      </w:r>
      <w:r w:rsidR="00000000">
        <w:t xml:space="preserve">ere's our key verse. </w:t>
      </w:r>
      <w:r>
        <w:t>“</w:t>
      </w:r>
      <w:r w:rsidR="00000000">
        <w:t>As a man thinks in his heart, so is he.</w:t>
      </w:r>
      <w:r>
        <w:t>”</w:t>
      </w:r>
      <w:r w:rsidR="00000000">
        <w:t xml:space="preserve"> </w:t>
      </w:r>
    </w:p>
    <w:p w14:paraId="7CB8FCBF" w14:textId="77777777" w:rsidR="006B1AAF" w:rsidRDefault="006B1AAF">
      <w:pPr>
        <w:rPr>
          <w:i/>
          <w:iCs/>
        </w:rPr>
      </w:pPr>
      <w:r>
        <w:t>“</w:t>
      </w:r>
      <w:r w:rsidR="00000000">
        <w:t xml:space="preserve">As he thinks in his </w:t>
      </w:r>
      <w:r w:rsidR="00000000" w:rsidRPr="006B1AAF">
        <w:rPr>
          <w:i/>
          <w:iCs/>
        </w:rPr>
        <w:t>head</w:t>
      </w:r>
      <w:r>
        <w:t xml:space="preserve">.” </w:t>
      </w:r>
      <w:r w:rsidRPr="006B1AAF">
        <w:rPr>
          <w:i/>
          <w:iCs/>
        </w:rPr>
        <w:t>No</w:t>
      </w:r>
      <w:r w:rsidR="00000000" w:rsidRPr="006B1AAF">
        <w:rPr>
          <w:i/>
          <w:iCs/>
        </w:rPr>
        <w:t>.</w:t>
      </w:r>
      <w:r w:rsidR="00000000">
        <w:t xml:space="preserve"> As he thinks in his </w:t>
      </w:r>
      <w:r w:rsidR="00000000" w:rsidRPr="006B1AAF">
        <w:rPr>
          <w:i/>
          <w:iCs/>
        </w:rPr>
        <w:t>heart</w:t>
      </w:r>
      <w:r>
        <w:t xml:space="preserve">. </w:t>
      </w:r>
    </w:p>
    <w:p w14:paraId="018FE948" w14:textId="77777777" w:rsidR="006B1AAF" w:rsidRDefault="006B1AAF">
      <w:r>
        <w:t>W</w:t>
      </w:r>
      <w:r w:rsidR="00000000">
        <w:t xml:space="preserve">hat's in our heart? Our beliefs. </w:t>
      </w:r>
      <w:r>
        <w:t>We often</w:t>
      </w:r>
      <w:r w:rsidR="00000000">
        <w:t xml:space="preserve"> confuse what we think with what we believe. Our thoughts are </w:t>
      </w:r>
      <w:proofErr w:type="gramStart"/>
      <w:r w:rsidR="00000000">
        <w:t>actually things</w:t>
      </w:r>
      <w:proofErr w:type="gramEnd"/>
      <w:r w:rsidR="00000000">
        <w:t xml:space="preserve"> that we can put language </w:t>
      </w:r>
      <w:proofErr w:type="gramStart"/>
      <w:r w:rsidR="00000000">
        <w:t>to</w:t>
      </w:r>
      <w:proofErr w:type="gramEnd"/>
      <w:r w:rsidR="00000000">
        <w:t xml:space="preserve">. We're totally aware of it. We know what's going on. It's </w:t>
      </w:r>
      <w:proofErr w:type="gramStart"/>
      <w:r w:rsidR="00000000">
        <w:t>actually easy</w:t>
      </w:r>
      <w:proofErr w:type="gramEnd"/>
      <w:r w:rsidR="00000000">
        <w:t xml:space="preserve"> to change our thoughts. I can stop thinking about this. I can start thinking about that. That is different than beliefs. </w:t>
      </w:r>
    </w:p>
    <w:p w14:paraId="1C28128B" w14:textId="77777777" w:rsidR="006B1AAF" w:rsidRDefault="00000000">
      <w:r>
        <w:lastRenderedPageBreak/>
        <w:t xml:space="preserve">Beliefs are </w:t>
      </w:r>
      <w:proofErr w:type="gramStart"/>
      <w:r>
        <w:t>really deep</w:t>
      </w:r>
      <w:proofErr w:type="gramEnd"/>
      <w:r>
        <w:t xml:space="preserve"> in our heart. They're kind of like a folder inside of a folder inside of a folder inside of a folder on our computer that we made 30 years ago</w:t>
      </w:r>
      <w:r w:rsidR="006B1AAF">
        <w:t>,</w:t>
      </w:r>
      <w:r>
        <w:t xml:space="preserve"> and we still don't know that it's there. It's not open on our screen. Most of the time we are completely unaware that these deep beliefs lie inside of us until we start really spending time with the Holy Spirit or going through a process like this. </w:t>
      </w:r>
      <w:r w:rsidR="006B1AAF">
        <w:t>T</w:t>
      </w:r>
      <w:r>
        <w:t>hen those deep beliefs can arise.</w:t>
      </w:r>
    </w:p>
    <w:p w14:paraId="16A739D3" w14:textId="77777777" w:rsidR="006B1AAF" w:rsidRDefault="00000000">
      <w:r>
        <w:t xml:space="preserve">We </w:t>
      </w:r>
      <w:proofErr w:type="gramStart"/>
      <w:r w:rsidR="006B1AAF">
        <w:t>have to</w:t>
      </w:r>
      <w:proofErr w:type="gramEnd"/>
      <w:r>
        <w:t xml:space="preserve"> make a distinction between what kind of beliefs we're talking about. </w:t>
      </w:r>
      <w:r w:rsidR="006B1AAF">
        <w:t>We’re</w:t>
      </w:r>
      <w:r>
        <w:t xml:space="preserve"> not talking about doctrinal beliefs</w:t>
      </w:r>
      <w:r w:rsidR="006B1AAF">
        <w:t xml:space="preserve"> like the trinity, communion, and baptism. T</w:t>
      </w:r>
      <w:r>
        <w:t>hose things are super important</w:t>
      </w:r>
      <w:r w:rsidR="006B1AAF">
        <w:t>, b</w:t>
      </w:r>
      <w:r>
        <w:t xml:space="preserve">ut that's not what I'm talking about. </w:t>
      </w:r>
    </w:p>
    <w:p w14:paraId="54E34136" w14:textId="77777777" w:rsidR="006B1AAF" w:rsidRDefault="00000000">
      <w:r>
        <w:t xml:space="preserve">I'm specifically talking about </w:t>
      </w:r>
      <w:r w:rsidRPr="006B1AAF">
        <w:rPr>
          <w:i/>
          <w:iCs/>
        </w:rPr>
        <w:t xml:space="preserve">what do you believe about God? What do you believe </w:t>
      </w:r>
      <w:proofErr w:type="gramStart"/>
      <w:r w:rsidRPr="006B1AAF">
        <w:rPr>
          <w:i/>
          <w:iCs/>
        </w:rPr>
        <w:t>about</w:t>
      </w:r>
      <w:proofErr w:type="gramEnd"/>
      <w:r w:rsidRPr="006B1AAF">
        <w:rPr>
          <w:i/>
          <w:iCs/>
        </w:rPr>
        <w:t xml:space="preserve"> yourself? What do you believe </w:t>
      </w:r>
      <w:proofErr w:type="gramStart"/>
      <w:r w:rsidRPr="006B1AAF">
        <w:rPr>
          <w:i/>
          <w:iCs/>
        </w:rPr>
        <w:t>about</w:t>
      </w:r>
      <w:proofErr w:type="gramEnd"/>
      <w:r w:rsidRPr="006B1AAF">
        <w:rPr>
          <w:i/>
          <w:iCs/>
        </w:rPr>
        <w:t xml:space="preserve"> other people?</w:t>
      </w:r>
    </w:p>
    <w:p w14:paraId="7895ACA1" w14:textId="77777777" w:rsidR="006B1AAF" w:rsidRDefault="00000000">
      <w:r>
        <w:t xml:space="preserve">If your belief about those three categories does not align with God's word, his character, his nature, that's where you're stuck. </w:t>
      </w:r>
    </w:p>
    <w:p w14:paraId="7DB3FBD6" w14:textId="77777777" w:rsidR="006B1AAF" w:rsidRDefault="00000000">
      <w:r>
        <w:t>We come to church</w:t>
      </w:r>
      <w:r w:rsidR="006B1AAF">
        <w:t>,</w:t>
      </w:r>
      <w:r>
        <w:t xml:space="preserve"> and we'll get baptized and they'll ask us a question. </w:t>
      </w:r>
      <w:r w:rsidR="006B1AAF">
        <w:t>“</w:t>
      </w:r>
      <w:r>
        <w:t>Do you believe in Jesus as the son of God?</w:t>
      </w:r>
      <w:r w:rsidR="006B1AAF">
        <w:t>”</w:t>
      </w:r>
      <w:r>
        <w:t xml:space="preserve"> </w:t>
      </w:r>
      <w:r w:rsidR="006B1AAF">
        <w:t>This is a super important question, but if we want to move into the realm of the soul, an excellent follow up question would be: What do you believe about God?</w:t>
      </w:r>
    </w:p>
    <w:p w14:paraId="4FE807C6" w14:textId="34C86571" w:rsidR="006B1AAF" w:rsidRDefault="00B74C39" w:rsidP="006B1AAF">
      <w:pPr>
        <w:pStyle w:val="Heading4"/>
      </w:pPr>
      <w:r>
        <w:t>[</w:t>
      </w:r>
      <w:r w:rsidR="006B1AAF">
        <w:t>Personal Story</w:t>
      </w:r>
      <w:r>
        <w:t>]</w:t>
      </w:r>
    </w:p>
    <w:p w14:paraId="103C9E81" w14:textId="77777777" w:rsidR="006B1AAF" w:rsidRDefault="006B1AAF"/>
    <w:p w14:paraId="6CCF35C4" w14:textId="35E5991E" w:rsidR="00B74C39" w:rsidRPr="00B74C39" w:rsidRDefault="00B74C39">
      <w:pPr>
        <w:rPr>
          <w:b/>
          <w:bCs/>
        </w:rPr>
      </w:pPr>
      <w:r w:rsidRPr="00B74C39">
        <w:rPr>
          <w:b/>
          <w:bCs/>
        </w:rPr>
        <w:t xml:space="preserve">The next big question we need to ask is: </w:t>
      </w:r>
      <w:r>
        <w:rPr>
          <w:b/>
          <w:bCs/>
        </w:rPr>
        <w:t>W</w:t>
      </w:r>
      <w:r w:rsidR="00000000" w:rsidRPr="00B74C39">
        <w:rPr>
          <w:b/>
          <w:bCs/>
        </w:rPr>
        <w:t xml:space="preserve">hat do you believe </w:t>
      </w:r>
      <w:proofErr w:type="gramStart"/>
      <w:r w:rsidR="00000000" w:rsidRPr="00B74C39">
        <w:rPr>
          <w:b/>
          <w:bCs/>
        </w:rPr>
        <w:t>about</w:t>
      </w:r>
      <w:proofErr w:type="gramEnd"/>
      <w:r w:rsidR="00000000" w:rsidRPr="00B74C39">
        <w:rPr>
          <w:b/>
          <w:bCs/>
        </w:rPr>
        <w:t xml:space="preserve"> yourself? </w:t>
      </w:r>
    </w:p>
    <w:p w14:paraId="76F02160" w14:textId="77777777" w:rsidR="00B74C39" w:rsidRDefault="00000000">
      <w:r>
        <w:t xml:space="preserve">Some of us literally stand in front of the mirror and </w:t>
      </w:r>
      <w:proofErr w:type="gramStart"/>
      <w:r>
        <w:t>speak word</w:t>
      </w:r>
      <w:proofErr w:type="gramEnd"/>
      <w:r>
        <w:t xml:space="preserve"> curses over ourselves. </w:t>
      </w:r>
    </w:p>
    <w:p w14:paraId="167A3531" w14:textId="77777777" w:rsidR="00B74C39" w:rsidRDefault="00B74C39">
      <w:r>
        <w:t>I</w:t>
      </w:r>
      <w:r w:rsidR="00000000">
        <w:t xml:space="preserve">f our inner our core inner lie is, </w:t>
      </w:r>
      <w:r>
        <w:t>“</w:t>
      </w:r>
      <w:r w:rsidR="00000000">
        <w:t>I'm stupid. I can't do anything right.</w:t>
      </w:r>
      <w:r>
        <w:t>”</w:t>
      </w:r>
      <w:r w:rsidR="00000000">
        <w:t xml:space="preserve"> Then</w:t>
      </w:r>
      <w:r>
        <w:t xml:space="preserve"> that’s</w:t>
      </w:r>
      <w:r w:rsidR="00000000">
        <w:t xml:space="preserve"> how we show up at work when there's a problem to be solved. We might have the answer</w:t>
      </w:r>
      <w:r>
        <w:t>, but we play small</w:t>
      </w:r>
      <w:r w:rsidR="00000000">
        <w:t>. Maybe I</w:t>
      </w:r>
      <w:r>
        <w:t xml:space="preserve"> </w:t>
      </w:r>
      <w:r w:rsidR="00000000">
        <w:t xml:space="preserve">have a good idea, but </w:t>
      </w:r>
      <w:r>
        <w:t>I believe I’m stupid and c</w:t>
      </w:r>
      <w:r w:rsidR="00000000">
        <w:t>an't do anything right</w:t>
      </w:r>
      <w:r>
        <w:t>, so I keep quiet. We self-sabotage.</w:t>
      </w:r>
    </w:p>
    <w:p w14:paraId="2094D9B4" w14:textId="3C021585" w:rsidR="00B74C39" w:rsidRDefault="00B74C39">
      <w:r>
        <w:t>This</w:t>
      </w:r>
      <w:r w:rsidR="00000000">
        <w:t xml:space="preserve"> is on a level that we're not aware of. This is why we need God's presence because he speaks spirit to spirit. He speaks through revelation. He reveals these things to us. The more we confront these lies, the more pressure we feel. </w:t>
      </w:r>
    </w:p>
    <w:p w14:paraId="24BDE17E" w14:textId="77777777" w:rsidR="00B74C39" w:rsidRDefault="00000000">
      <w:r>
        <w:t xml:space="preserve">As God starts revealing and we start confronting these lies that we've believed our entire lives, we start feeling more pressure. The enemy does not want us to be free. </w:t>
      </w:r>
    </w:p>
    <w:p w14:paraId="235742C3" w14:textId="644A3A73" w:rsidR="00EB4C96" w:rsidRDefault="00B74C39">
      <w:r>
        <w:t>When you</w:t>
      </w:r>
      <w:r w:rsidR="00000000">
        <w:t xml:space="preserve"> go to the gym, you put </w:t>
      </w:r>
      <w:proofErr w:type="gramStart"/>
      <w:r w:rsidR="00000000">
        <w:t>a little more weight on</w:t>
      </w:r>
      <w:proofErr w:type="gramEnd"/>
      <w:r w:rsidR="00000000">
        <w:t xml:space="preserve"> so you can get a little bit stronger. </w:t>
      </w:r>
      <w:r>
        <w:t>Our bodies</w:t>
      </w:r>
      <w:r w:rsidR="00000000">
        <w:t xml:space="preserve"> tremble because </w:t>
      </w:r>
      <w:proofErr w:type="gramStart"/>
      <w:r w:rsidR="00000000">
        <w:t>it's</w:t>
      </w:r>
      <w:proofErr w:type="gramEnd"/>
      <w:r w:rsidR="00000000">
        <w:t xml:space="preserve"> heavier</w:t>
      </w:r>
      <w:r>
        <w:t>, b</w:t>
      </w:r>
      <w:r w:rsidR="00000000">
        <w:t>ut that's how we grow</w:t>
      </w:r>
      <w:r>
        <w:t>.</w:t>
      </w:r>
      <w:r w:rsidR="00000000">
        <w:t xml:space="preserve"> </w:t>
      </w:r>
      <w:r>
        <w:t>I</w:t>
      </w:r>
      <w:r w:rsidR="00000000">
        <w:t>n this space</w:t>
      </w:r>
      <w:r>
        <w:t>, a</w:t>
      </w:r>
      <w:r w:rsidR="00000000">
        <w:t xml:space="preserve"> little bit of anxiety can be good. </w:t>
      </w:r>
      <w:r>
        <w:t xml:space="preserve">It could be a sign that you are growing and confronting lies. </w:t>
      </w:r>
    </w:p>
    <w:p w14:paraId="65A8F380" w14:textId="77777777" w:rsidR="00EB4C96" w:rsidRDefault="00000000">
      <w:pPr>
        <w:pStyle w:val="Heading1"/>
      </w:pPr>
      <w:r>
        <w:t>Keys to Lasting Change</w:t>
      </w:r>
    </w:p>
    <w:p w14:paraId="3F54D289" w14:textId="77777777" w:rsidR="00B74C39" w:rsidRPr="00B74C39" w:rsidRDefault="00000000">
      <w:pPr>
        <w:rPr>
          <w:b/>
          <w:bCs/>
        </w:rPr>
      </w:pPr>
      <w:r w:rsidRPr="00B74C39">
        <w:rPr>
          <w:b/>
          <w:bCs/>
        </w:rPr>
        <w:t xml:space="preserve">Any deep change in what we experience comes from a deep change in what we believe. </w:t>
      </w:r>
    </w:p>
    <w:p w14:paraId="221D8944" w14:textId="77777777" w:rsidR="00B74C39" w:rsidRDefault="00000000">
      <w:r>
        <w:lastRenderedPageBreak/>
        <w:t>Here are the keys to lasting change</w:t>
      </w:r>
      <w:r w:rsidR="00B74C39">
        <w:t>:</w:t>
      </w:r>
      <w:r>
        <w:t xml:space="preserve"> </w:t>
      </w:r>
      <w:r w:rsidR="00B74C39" w:rsidRPr="00B74C39">
        <w:rPr>
          <w:b/>
          <w:bCs/>
        </w:rPr>
        <w:t>r</w:t>
      </w:r>
      <w:r w:rsidRPr="00B74C39">
        <w:rPr>
          <w:b/>
          <w:bCs/>
        </w:rPr>
        <w:t>evelation and repentance</w:t>
      </w:r>
      <w:r>
        <w:t xml:space="preserve">. </w:t>
      </w:r>
    </w:p>
    <w:p w14:paraId="64C3CAE4" w14:textId="77777777" w:rsidR="00B74C39" w:rsidRDefault="00000000">
      <w:r>
        <w:t>Revelation only comes from the spirit. Repentance is another word that we often attach to sin</w:t>
      </w:r>
      <w:r w:rsidR="00B74C39">
        <w:t>,</w:t>
      </w:r>
      <w:r>
        <w:t xml:space="preserve"> and it shouldn't just be attached to sin. The definition of repentance is </w:t>
      </w:r>
      <w:proofErr w:type="gramStart"/>
      <w:r>
        <w:t>actually just</w:t>
      </w:r>
      <w:proofErr w:type="gramEnd"/>
      <w:r>
        <w:t xml:space="preserve"> </w:t>
      </w:r>
      <w:r w:rsidR="00B74C39">
        <w:t>“</w:t>
      </w:r>
      <w:r>
        <w:t>change your mind.</w:t>
      </w:r>
      <w:r w:rsidR="00B74C39">
        <w:t>”</w:t>
      </w:r>
      <w:r>
        <w:t xml:space="preserve"> It's that simple. Change your mind. </w:t>
      </w:r>
    </w:p>
    <w:p w14:paraId="1D926C57" w14:textId="2530BDCD" w:rsidR="00EB4C96" w:rsidRDefault="00B74C39">
      <w:r>
        <w:t>If</w:t>
      </w:r>
      <w:r w:rsidR="00000000">
        <w:t xml:space="preserve"> </w:t>
      </w:r>
      <w:r>
        <w:t>God is</w:t>
      </w:r>
      <w:r w:rsidR="00000000">
        <w:t xml:space="preserve"> speaking to us about sin, we need to change our mind about our sin. We'll also say repentance is a U</w:t>
      </w:r>
      <w:r>
        <w:t>-</w:t>
      </w:r>
      <w:r w:rsidR="00000000">
        <w:t xml:space="preserve">turn. That's </w:t>
      </w:r>
      <w:proofErr w:type="gramStart"/>
      <w:r w:rsidR="00000000">
        <w:t>actually the</w:t>
      </w:r>
      <w:proofErr w:type="gramEnd"/>
      <w:r w:rsidR="00000000">
        <w:t xml:space="preserve"> fruit of repentance. Repentance is </w:t>
      </w:r>
      <w:r>
        <w:t xml:space="preserve">when </w:t>
      </w:r>
      <w:r w:rsidR="00000000">
        <w:t xml:space="preserve">I change my mind. God reveals something to me about himself, about myself, </w:t>
      </w:r>
      <w:r>
        <w:t xml:space="preserve">or </w:t>
      </w:r>
      <w:r w:rsidR="00000000">
        <w:t xml:space="preserve">about other people. That's revelation. Repentance is I change my mind. I hear what he says. I believe it. I confess it with my </w:t>
      </w:r>
      <w:proofErr w:type="gramStart"/>
      <w:r w:rsidR="00000000">
        <w:t xml:space="preserve">mouth </w:t>
      </w:r>
      <w:r>
        <w:t>,</w:t>
      </w:r>
      <w:r w:rsidR="00000000">
        <w:t>and</w:t>
      </w:r>
      <w:proofErr w:type="gramEnd"/>
      <w:r w:rsidR="00000000">
        <w:t xml:space="preserve"> I obey. That's life in the spirit.</w:t>
      </w:r>
    </w:p>
    <w:p w14:paraId="1552FC3B" w14:textId="1E0EF9CF" w:rsidR="00EB4C96" w:rsidRDefault="00B74C39" w:rsidP="00B74C39">
      <w:pPr>
        <w:pStyle w:val="Heading4"/>
      </w:pPr>
      <w:r>
        <w:t>Personal Story</w:t>
      </w:r>
    </w:p>
    <w:p w14:paraId="6638A986" w14:textId="77777777" w:rsidR="00EB4C96" w:rsidRDefault="00000000">
      <w:pPr>
        <w:pStyle w:val="Heading1"/>
      </w:pPr>
      <w:r>
        <w:t>Reset Moment</w:t>
      </w:r>
    </w:p>
    <w:p w14:paraId="26CC7158" w14:textId="77777777" w:rsidR="00EB4C96" w:rsidRDefault="00EB4C96"/>
    <w:p w14:paraId="2B1F97B8" w14:textId="011C8B09" w:rsidR="00B74C39" w:rsidRDefault="00B74C39">
      <w:r>
        <w:t>Ask…</w:t>
      </w:r>
    </w:p>
    <w:p w14:paraId="0C24F385" w14:textId="77777777" w:rsidR="00EB4C96" w:rsidRDefault="00000000">
      <w:pPr>
        <w:pStyle w:val="ListBullet"/>
      </w:pPr>
      <w:r>
        <w:rPr>
          <w:b/>
        </w:rPr>
        <w:t xml:space="preserve">What do you believe about </w:t>
      </w:r>
      <w:proofErr w:type="gramStart"/>
      <w:r>
        <w:rPr>
          <w:b/>
        </w:rPr>
        <w:t>God?:</w:t>
      </w:r>
      <w:proofErr w:type="gramEnd"/>
      <w:r>
        <w:rPr>
          <w:b/>
        </w:rPr>
        <w:t xml:space="preserve"> </w:t>
      </w:r>
      <w:r>
        <w:t>Reflect on your view of God and whether it aligns with His true character.</w:t>
      </w:r>
    </w:p>
    <w:p w14:paraId="009EF1CA" w14:textId="77777777" w:rsidR="00EB4C96" w:rsidRDefault="00000000">
      <w:pPr>
        <w:pStyle w:val="ListBullet"/>
      </w:pPr>
      <w:r>
        <w:rPr>
          <w:b/>
        </w:rPr>
        <w:t xml:space="preserve">What do you believe about </w:t>
      </w:r>
      <w:proofErr w:type="gramStart"/>
      <w:r>
        <w:rPr>
          <w:b/>
        </w:rPr>
        <w:t>yourself?:</w:t>
      </w:r>
      <w:proofErr w:type="gramEnd"/>
      <w:r>
        <w:rPr>
          <w:b/>
        </w:rPr>
        <w:t xml:space="preserve"> </w:t>
      </w:r>
      <w:r>
        <w:t>Consider what you truly believe about your identity, worth, and how God sees you.</w:t>
      </w:r>
    </w:p>
    <w:p w14:paraId="6CAE75E5" w14:textId="77777777" w:rsidR="00EB4C96" w:rsidRDefault="00000000">
      <w:r>
        <w:t>Meditate on scriptures that reveal God's everlasting love, goodness, generosity, and care for you. Remember that He rejoices over you with singing and His plans for you are filled with hope.</w:t>
      </w:r>
    </w:p>
    <w:p w14:paraId="7BEDD623" w14:textId="29F78860" w:rsidR="00EB4C96" w:rsidRDefault="00000000">
      <w:r>
        <w:t xml:space="preserve">Consider scriptures that affirm your </w:t>
      </w:r>
      <w:proofErr w:type="gramStart"/>
      <w:r>
        <w:t>true identity</w:t>
      </w:r>
      <w:proofErr w:type="gramEnd"/>
      <w:r>
        <w:t xml:space="preserve">: </w:t>
      </w:r>
      <w:r w:rsidR="00B74C39">
        <w:t>Y</w:t>
      </w:r>
      <w:r>
        <w:t>ou are made in God's image, fearfully and wonderfully made, chosen, and known. Let these truths replace lies about your worth.</w:t>
      </w:r>
    </w:p>
    <w:p w14:paraId="26BD146D" w14:textId="77777777" w:rsidR="00B74C39" w:rsidRDefault="00000000">
      <w:r>
        <w:t xml:space="preserve">Imagine yourself in a cold, fearful jail cell. The door is unlocked by Jesus, who whispers that you are free to go. </w:t>
      </w:r>
    </w:p>
    <w:p w14:paraId="6E3D0382" w14:textId="183790DC" w:rsidR="00EB4C96" w:rsidRDefault="00000000">
      <w:r>
        <w:t xml:space="preserve">Freedom comes when you believe who He is and who you are in </w:t>
      </w:r>
      <w:proofErr w:type="gramStart"/>
      <w:r>
        <w:t>Him, and</w:t>
      </w:r>
      <w:proofErr w:type="gramEnd"/>
      <w:r>
        <w:t xml:space="preserve"> choose to walk out of bondage.</w:t>
      </w:r>
    </w:p>
    <w:sectPr w:rsidR="00EB4C9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8867835">
    <w:abstractNumId w:val="8"/>
  </w:num>
  <w:num w:numId="2" w16cid:durableId="1502310926">
    <w:abstractNumId w:val="6"/>
  </w:num>
  <w:num w:numId="3" w16cid:durableId="1839883015">
    <w:abstractNumId w:val="5"/>
  </w:num>
  <w:num w:numId="4" w16cid:durableId="1406143462">
    <w:abstractNumId w:val="4"/>
  </w:num>
  <w:num w:numId="5" w16cid:durableId="1348873973">
    <w:abstractNumId w:val="7"/>
  </w:num>
  <w:num w:numId="6" w16cid:durableId="1917668090">
    <w:abstractNumId w:val="3"/>
  </w:num>
  <w:num w:numId="7" w16cid:durableId="2073308740">
    <w:abstractNumId w:val="2"/>
  </w:num>
  <w:num w:numId="8" w16cid:durableId="271599329">
    <w:abstractNumId w:val="1"/>
  </w:num>
  <w:num w:numId="9" w16cid:durableId="1183474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81D"/>
    <w:rsid w:val="0011451E"/>
    <w:rsid w:val="0015074B"/>
    <w:rsid w:val="00151FAB"/>
    <w:rsid w:val="001E2BB5"/>
    <w:rsid w:val="0029639D"/>
    <w:rsid w:val="002A5393"/>
    <w:rsid w:val="00326F90"/>
    <w:rsid w:val="005D281D"/>
    <w:rsid w:val="006B1AAF"/>
    <w:rsid w:val="00750B07"/>
    <w:rsid w:val="007B2724"/>
    <w:rsid w:val="008577B9"/>
    <w:rsid w:val="0091249C"/>
    <w:rsid w:val="00943941"/>
    <w:rsid w:val="009E1A75"/>
    <w:rsid w:val="00AA1D8D"/>
    <w:rsid w:val="00B47730"/>
    <w:rsid w:val="00B74C39"/>
    <w:rsid w:val="00B920FA"/>
    <w:rsid w:val="00CB0664"/>
    <w:rsid w:val="00EA5708"/>
    <w:rsid w:val="00EB4C96"/>
    <w:rsid w:val="00FC43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9E1A1D"/>
  <w14:defaultImageDpi w14:val="300"/>
  <w15:docId w15:val="{9B523E08-DBF1-AE41-9960-56244698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A5708"/>
    <w:rPr>
      <w:sz w:val="16"/>
      <w:szCs w:val="16"/>
    </w:rPr>
  </w:style>
  <w:style w:type="paragraph" w:styleId="CommentText">
    <w:name w:val="annotation text"/>
    <w:basedOn w:val="Normal"/>
    <w:link w:val="CommentTextChar"/>
    <w:uiPriority w:val="99"/>
    <w:unhideWhenUsed/>
    <w:rsid w:val="00EA5708"/>
    <w:pPr>
      <w:spacing w:line="240" w:lineRule="auto"/>
    </w:pPr>
    <w:rPr>
      <w:sz w:val="20"/>
      <w:szCs w:val="20"/>
    </w:rPr>
  </w:style>
  <w:style w:type="character" w:customStyle="1" w:styleId="CommentTextChar">
    <w:name w:val="Comment Text Char"/>
    <w:basedOn w:val="DefaultParagraphFont"/>
    <w:link w:val="CommentText"/>
    <w:uiPriority w:val="99"/>
    <w:rsid w:val="00EA5708"/>
    <w:rPr>
      <w:sz w:val="20"/>
      <w:szCs w:val="20"/>
    </w:rPr>
  </w:style>
  <w:style w:type="paragraph" w:styleId="CommentSubject">
    <w:name w:val="annotation subject"/>
    <w:basedOn w:val="CommentText"/>
    <w:next w:val="CommentText"/>
    <w:link w:val="CommentSubjectChar"/>
    <w:uiPriority w:val="99"/>
    <w:semiHidden/>
    <w:unhideWhenUsed/>
    <w:rsid w:val="00EA5708"/>
    <w:rPr>
      <w:b/>
      <w:bCs/>
    </w:rPr>
  </w:style>
  <w:style w:type="character" w:customStyle="1" w:styleId="CommentSubjectChar">
    <w:name w:val="Comment Subject Char"/>
    <w:basedOn w:val="CommentTextChar"/>
    <w:link w:val="CommentSubject"/>
    <w:uiPriority w:val="99"/>
    <w:semiHidden/>
    <w:rsid w:val="00EA57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M. Daylin</cp:lastModifiedBy>
  <cp:revision>2</cp:revision>
  <dcterms:created xsi:type="dcterms:W3CDTF">2026-06-02T22:40:00Z</dcterms:created>
  <dcterms:modified xsi:type="dcterms:W3CDTF">2026-06-02T22:40:00Z</dcterms:modified>
  <cp:category/>
</cp:coreProperties>
</file>